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Sample Article Title</w:t>
      </w:r>
    </w:p>
    <w:p>
      <w:r>
        <w:t>Author One¹*, Author Two²</w:t>
      </w:r>
    </w:p>
    <w:p>
      <w:r>
        <w:t>1. University, Department, City, Country</w:t>
        <w:br/>
        <w:t>2. Institute, Department, City, Country</w:t>
      </w:r>
    </w:p>
    <w:p>
      <w:pPr>
        <w:pStyle w:val="Heading1"/>
      </w:pPr>
      <w:r>
        <w:t>Abstract</w:t>
      </w:r>
    </w:p>
    <w:p>
      <w:r>
        <w:t>Enter abstract here.</w:t>
      </w:r>
    </w:p>
    <w:p>
      <w:pPr>
        <w:pStyle w:val="Heading1"/>
      </w:pPr>
      <w:r>
        <w:t>Keywords</w:t>
      </w:r>
    </w:p>
    <w:p>
      <w:r>
        <w:t>Enter keywords here.</w:t>
      </w:r>
    </w:p>
    <w:p>
      <w:pPr>
        <w:pStyle w:val="Heading1"/>
      </w:pPr>
      <w:r>
        <w:t>Introduction</w:t>
      </w:r>
    </w:p>
    <w:p>
      <w:r>
        <w:t>Enter introduction here.</w:t>
      </w:r>
    </w:p>
    <w:p>
      <w:pPr>
        <w:pStyle w:val="Heading1"/>
      </w:pPr>
      <w:r>
        <w:t>Methods</w:t>
      </w:r>
    </w:p>
    <w:p>
      <w:r>
        <w:t>Enter methods here.</w:t>
      </w:r>
    </w:p>
    <w:p>
      <w:pPr>
        <w:pStyle w:val="Heading1"/>
      </w:pPr>
      <w:r>
        <w:t>Results</w:t>
      </w:r>
    </w:p>
    <w:p>
      <w:r>
        <w:t>Enter results here.</w:t>
      </w:r>
    </w:p>
    <w:p>
      <w:pPr>
        <w:pStyle w:val="Heading1"/>
      </w:pPr>
      <w:r>
        <w:t>Discussion</w:t>
      </w:r>
    </w:p>
    <w:p>
      <w:r>
        <w:t>Enter discussion here.</w:t>
      </w:r>
    </w:p>
    <w:p>
      <w:pPr>
        <w:pStyle w:val="Heading1"/>
      </w:pPr>
      <w:r>
        <w:t>Conclusions</w:t>
      </w:r>
    </w:p>
    <w:p>
      <w:r>
        <w:t>Enter conclusions here.</w:t>
      </w:r>
    </w:p>
    <w:p>
      <w:pPr>
        <w:pStyle w:val="Heading1"/>
      </w:pPr>
      <w:r>
        <w:t>Acknowledgements</w:t>
      </w:r>
    </w:p>
    <w:p>
      <w:r>
        <w:t>Enter acknowledgements here.</w:t>
      </w:r>
    </w:p>
    <w:p>
      <w:pPr>
        <w:pStyle w:val="Heading1"/>
      </w:pPr>
      <w:r>
        <w:t>Funding</w:t>
      </w:r>
    </w:p>
    <w:p>
      <w:r>
        <w:t>Enter funding here.</w:t>
      </w:r>
    </w:p>
    <w:p>
      <w:pPr>
        <w:pStyle w:val="Heading1"/>
      </w:pPr>
      <w:r>
        <w:t>Conflicts of Interest</w:t>
      </w:r>
    </w:p>
    <w:p>
      <w:r>
        <w:t>Enter conflicts of interest here.</w:t>
      </w:r>
    </w:p>
    <w:p>
      <w:pPr>
        <w:pStyle w:val="Heading1"/>
      </w:pPr>
      <w:r>
        <w:t>Author Contributions</w:t>
      </w:r>
    </w:p>
    <w:p>
      <w:r>
        <w:t>Enter author contributions here.</w:t>
      </w:r>
    </w:p>
    <w:p>
      <w:pPr>
        <w:pStyle w:val="Heading1"/>
      </w:pPr>
      <w:r>
        <w:t>References</w:t>
      </w:r>
    </w:p>
    <w:p>
      <w:r>
        <w:t>Enter references here.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Variable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Sample</w:t>
            </w:r>
          </w:p>
        </w:tc>
        <w:tc>
          <w:tcPr>
            <w:tcW w:type="dxa" w:w="4320"/>
          </w:tcPr>
          <w:p>
            <w:r>
              <w:t>10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